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B1BF8" w:rsidRPr="00FF5361" w:rsidRDefault="004939BD">
      <w:pPr>
        <w:jc w:val="center"/>
        <w:rPr>
          <w:szCs w:val="18"/>
        </w:rPr>
      </w:pPr>
      <w:r w:rsidRPr="00FF5361">
        <w:rPr>
          <w:b/>
          <w:szCs w:val="18"/>
        </w:rPr>
        <w:t>T.C. AYDIN ADNAN MENDERES ÜNİVERSİTESİ</w:t>
      </w:r>
    </w:p>
    <w:p w:rsidR="00FB1BF8" w:rsidRPr="00FF5361" w:rsidRDefault="004939BD">
      <w:pPr>
        <w:jc w:val="center"/>
        <w:rPr>
          <w:szCs w:val="18"/>
        </w:rPr>
      </w:pPr>
      <w:r w:rsidRPr="00FF5361">
        <w:rPr>
          <w:b/>
          <w:szCs w:val="18"/>
        </w:rPr>
        <w:t>İNSAN KAYNAKLARI, KARİYER VE MEZUNLARLA İLİŞKİLER KOORDİNATÖRLÜĞÜ</w:t>
      </w:r>
    </w:p>
    <w:p w:rsidR="00FB1BF8" w:rsidRPr="00FF5361" w:rsidRDefault="004939BD">
      <w:pPr>
        <w:jc w:val="center"/>
        <w:rPr>
          <w:szCs w:val="18"/>
        </w:rPr>
      </w:pPr>
      <w:r w:rsidRPr="00FF5361">
        <w:rPr>
          <w:b/>
          <w:szCs w:val="18"/>
        </w:rPr>
        <w:t>KARİYER DANIŞMANLIĞI BAŞVURU VE GÖRÜŞME FORMU</w:t>
      </w:r>
    </w:p>
    <w:p w:rsidR="00FB1BF8" w:rsidRDefault="004939BD" w:rsidP="00977888">
      <w:pPr>
        <w:jc w:val="both"/>
      </w:pPr>
      <w:proofErr w:type="spellStart"/>
      <w:r>
        <w:t>Başvuru</w:t>
      </w:r>
      <w:proofErr w:type="spellEnd"/>
      <w:r>
        <w:t xml:space="preserve"> Tarihi: …… / …… / …………                         </w:t>
      </w:r>
      <w:r w:rsidR="00977888">
        <w:t xml:space="preserve">          </w:t>
      </w:r>
      <w:bookmarkStart w:id="0" w:name="_GoBack"/>
      <w:bookmarkEnd w:id="0"/>
      <w:proofErr w:type="spellStart"/>
      <w:r>
        <w:t>Görüşme</w:t>
      </w:r>
      <w:proofErr w:type="spellEnd"/>
      <w:r>
        <w:t xml:space="preserve"> No: ………………………</w:t>
      </w:r>
    </w:p>
    <w:p w:rsidR="00FB1BF8" w:rsidRDefault="004939BD">
      <w:pPr>
        <w:spacing w:before="160"/>
      </w:pPr>
      <w:r>
        <w:rPr>
          <w:b/>
          <w:color w:val="1A436B"/>
        </w:rPr>
        <w:t xml:space="preserve">A. BAŞVURU SAHİBİNİN </w:t>
      </w:r>
      <w:r>
        <w:rPr>
          <w:b/>
          <w:color w:val="1A436B"/>
        </w:rPr>
        <w:t>BİLGİLERİ</w:t>
      </w:r>
    </w:p>
    <w:tbl>
      <w:tblPr>
        <w:tblStyle w:val="TabloKlavuzu"/>
        <w:tblW w:w="0" w:type="auto"/>
        <w:tblLayout w:type="fixed"/>
        <w:tblLook w:val="04A0" w:firstRow="1" w:lastRow="0" w:firstColumn="1" w:lastColumn="0" w:noHBand="0" w:noVBand="1"/>
      </w:tblPr>
      <w:tblGrid>
        <w:gridCol w:w="3005"/>
        <w:gridCol w:w="6293"/>
      </w:tblGrid>
      <w:tr w:rsidR="00FB1BF8">
        <w:tc>
          <w:tcPr>
            <w:tcW w:w="3005" w:type="dxa"/>
            <w:vAlign w:val="center"/>
          </w:tcPr>
          <w:p w:rsidR="00FB1BF8" w:rsidRDefault="004939BD">
            <w:r>
              <w:t>Adı Soyadı</w:t>
            </w:r>
          </w:p>
        </w:tc>
        <w:tc>
          <w:tcPr>
            <w:tcW w:w="6293" w:type="dxa"/>
            <w:vAlign w:val="center"/>
          </w:tcPr>
          <w:p w:rsidR="00FB1BF8" w:rsidRDefault="00FB1BF8"/>
        </w:tc>
      </w:tr>
      <w:tr w:rsidR="00FB1BF8">
        <w:tc>
          <w:tcPr>
            <w:tcW w:w="3005" w:type="dxa"/>
            <w:vAlign w:val="center"/>
          </w:tcPr>
          <w:p w:rsidR="00FB1BF8" w:rsidRDefault="004939BD">
            <w:r>
              <w:t>Telefon Numarası</w:t>
            </w:r>
          </w:p>
        </w:tc>
        <w:tc>
          <w:tcPr>
            <w:tcW w:w="6293" w:type="dxa"/>
            <w:vAlign w:val="center"/>
          </w:tcPr>
          <w:p w:rsidR="00FB1BF8" w:rsidRDefault="00FB1BF8"/>
        </w:tc>
      </w:tr>
      <w:tr w:rsidR="00FB1BF8">
        <w:tc>
          <w:tcPr>
            <w:tcW w:w="3005" w:type="dxa"/>
            <w:vAlign w:val="center"/>
          </w:tcPr>
          <w:p w:rsidR="00FB1BF8" w:rsidRDefault="004939BD">
            <w:r>
              <w:t>E-posta Adresi</w:t>
            </w:r>
          </w:p>
        </w:tc>
        <w:tc>
          <w:tcPr>
            <w:tcW w:w="6293" w:type="dxa"/>
            <w:vAlign w:val="center"/>
          </w:tcPr>
          <w:p w:rsidR="00FB1BF8" w:rsidRDefault="00FB1BF8"/>
        </w:tc>
      </w:tr>
      <w:tr w:rsidR="00FB1BF8">
        <w:tc>
          <w:tcPr>
            <w:tcW w:w="3005" w:type="dxa"/>
            <w:vAlign w:val="center"/>
          </w:tcPr>
          <w:p w:rsidR="00FB1BF8" w:rsidRDefault="004939BD">
            <w:r>
              <w:t>Durumu</w:t>
            </w:r>
          </w:p>
        </w:tc>
        <w:tc>
          <w:tcPr>
            <w:tcW w:w="6293" w:type="dxa"/>
            <w:vAlign w:val="center"/>
          </w:tcPr>
          <w:p w:rsidR="00FB1BF8" w:rsidRDefault="004939BD">
            <w:r>
              <w:t>☐</w:t>
            </w:r>
            <w:r>
              <w:t xml:space="preserve"> Ön Lisans   ☐ Lisans   ☐ Lisansüstü   ☐ Mezun</w:t>
            </w:r>
          </w:p>
        </w:tc>
      </w:tr>
      <w:tr w:rsidR="00FB1BF8">
        <w:tc>
          <w:tcPr>
            <w:tcW w:w="3005" w:type="dxa"/>
            <w:vAlign w:val="center"/>
          </w:tcPr>
          <w:p w:rsidR="00FB1BF8" w:rsidRDefault="004939BD">
            <w:r>
              <w:t>Fakülte / Yüksekokul / MYO</w:t>
            </w:r>
          </w:p>
        </w:tc>
        <w:tc>
          <w:tcPr>
            <w:tcW w:w="6293" w:type="dxa"/>
            <w:vAlign w:val="center"/>
          </w:tcPr>
          <w:p w:rsidR="00FB1BF8" w:rsidRDefault="00FB1BF8"/>
        </w:tc>
      </w:tr>
      <w:tr w:rsidR="00FB1BF8">
        <w:tc>
          <w:tcPr>
            <w:tcW w:w="3005" w:type="dxa"/>
            <w:vAlign w:val="center"/>
          </w:tcPr>
          <w:p w:rsidR="00FB1BF8" w:rsidRDefault="004939BD">
            <w:r>
              <w:t>Bölüm / Program</w:t>
            </w:r>
          </w:p>
        </w:tc>
        <w:tc>
          <w:tcPr>
            <w:tcW w:w="6293" w:type="dxa"/>
            <w:vAlign w:val="center"/>
          </w:tcPr>
          <w:p w:rsidR="00FB1BF8" w:rsidRDefault="00FB1BF8"/>
        </w:tc>
      </w:tr>
      <w:tr w:rsidR="00FB1BF8">
        <w:tc>
          <w:tcPr>
            <w:tcW w:w="3005" w:type="dxa"/>
            <w:vAlign w:val="center"/>
          </w:tcPr>
          <w:p w:rsidR="00FB1BF8" w:rsidRDefault="004939BD">
            <w:r>
              <w:t>Sınıf / Mezuniyet Yılı</w:t>
            </w:r>
          </w:p>
        </w:tc>
        <w:tc>
          <w:tcPr>
            <w:tcW w:w="6293" w:type="dxa"/>
            <w:vAlign w:val="center"/>
          </w:tcPr>
          <w:p w:rsidR="00FB1BF8" w:rsidRDefault="00FB1BF8"/>
        </w:tc>
      </w:tr>
    </w:tbl>
    <w:p w:rsidR="00FB1BF8" w:rsidRDefault="004939BD">
      <w:pPr>
        <w:spacing w:before="160"/>
      </w:pPr>
      <w:r>
        <w:rPr>
          <w:b/>
          <w:color w:val="1A436B"/>
        </w:rPr>
        <w:t>B. DANIŞMANLIK TALEBİ</w:t>
      </w:r>
    </w:p>
    <w:p w:rsidR="00FB1BF8" w:rsidRDefault="004939BD">
      <w:r>
        <w:t xml:space="preserve">Danışmanlık almak istediğiniz konuları </w:t>
      </w:r>
      <w:r>
        <w:t>işaretleyiniz (birden fazla seçilebilir).</w:t>
      </w:r>
    </w:p>
    <w:p w:rsidR="00FB1BF8" w:rsidRDefault="004939BD">
      <w:r>
        <w:t>☐</w:t>
      </w:r>
      <w:r>
        <w:t xml:space="preserve"> Kariyer planlama </w:t>
      </w:r>
      <w:proofErr w:type="spellStart"/>
      <w:r>
        <w:t>ve</w:t>
      </w:r>
      <w:proofErr w:type="spellEnd"/>
      <w:r>
        <w:t xml:space="preserve"> </w:t>
      </w:r>
      <w:proofErr w:type="spellStart"/>
      <w:r>
        <w:t>meslek</w:t>
      </w:r>
      <w:proofErr w:type="spellEnd"/>
      <w:r>
        <w:t xml:space="preserve"> </w:t>
      </w:r>
      <w:proofErr w:type="spellStart"/>
      <w:r>
        <w:t>seçimi</w:t>
      </w:r>
      <w:proofErr w:type="spellEnd"/>
      <w:r>
        <w:t xml:space="preserve">     </w:t>
      </w:r>
      <w:r w:rsidR="008E6079">
        <w:t xml:space="preserve">                                </w:t>
      </w:r>
      <w:r>
        <w:t>☐</w:t>
      </w:r>
      <w:r>
        <w:t xml:space="preserve"> CV / </w:t>
      </w:r>
      <w:proofErr w:type="spellStart"/>
      <w:r>
        <w:t>özgeçmiş</w:t>
      </w:r>
      <w:proofErr w:type="spellEnd"/>
      <w:r>
        <w:t xml:space="preserve"> hazırlama</w:t>
      </w:r>
    </w:p>
    <w:p w:rsidR="00FB1BF8" w:rsidRDefault="004939BD">
      <w:r>
        <w:t>☐</w:t>
      </w:r>
      <w:r>
        <w:t xml:space="preserve"> İş ve </w:t>
      </w:r>
      <w:proofErr w:type="spellStart"/>
      <w:r>
        <w:t>staj</w:t>
      </w:r>
      <w:proofErr w:type="spellEnd"/>
      <w:r>
        <w:t xml:space="preserve"> </w:t>
      </w:r>
      <w:proofErr w:type="spellStart"/>
      <w:r>
        <w:t>arama</w:t>
      </w:r>
      <w:proofErr w:type="spellEnd"/>
      <w:r>
        <w:t xml:space="preserve"> </w:t>
      </w:r>
      <w:proofErr w:type="spellStart"/>
      <w:r>
        <w:t>süreçleri</w:t>
      </w:r>
      <w:proofErr w:type="spellEnd"/>
      <w:r>
        <w:t xml:space="preserve">                   </w:t>
      </w:r>
      <w:r w:rsidR="008E6079">
        <w:t xml:space="preserve">                                </w:t>
      </w:r>
      <w:r w:rsidR="00E7202A">
        <w:t xml:space="preserve"> </w:t>
      </w:r>
      <w:r w:rsidR="008E6079">
        <w:t>☐</w:t>
      </w:r>
      <w:r w:rsidR="008E6079">
        <w:t xml:space="preserve"> </w:t>
      </w:r>
      <w:proofErr w:type="spellStart"/>
      <w:r>
        <w:t>İş</w:t>
      </w:r>
      <w:proofErr w:type="spellEnd"/>
      <w:r>
        <w:t xml:space="preserve"> </w:t>
      </w:r>
      <w:proofErr w:type="spellStart"/>
      <w:r>
        <w:t>görüşmesi</w:t>
      </w:r>
      <w:proofErr w:type="spellEnd"/>
      <w:r>
        <w:t xml:space="preserve"> / </w:t>
      </w:r>
      <w:proofErr w:type="spellStart"/>
      <w:r>
        <w:t>mülakat</w:t>
      </w:r>
      <w:proofErr w:type="spellEnd"/>
      <w:r>
        <w:t xml:space="preserve"> teknikleri</w:t>
      </w:r>
    </w:p>
    <w:p w:rsidR="00FB1BF8" w:rsidRDefault="004939BD">
      <w:r>
        <w:t>☐</w:t>
      </w:r>
      <w:r>
        <w:t xml:space="preserve"> LinkedIn / </w:t>
      </w:r>
      <w:proofErr w:type="spellStart"/>
      <w:r>
        <w:t>profesyonel</w:t>
      </w:r>
      <w:proofErr w:type="spellEnd"/>
      <w:r>
        <w:t xml:space="preserve"> </w:t>
      </w:r>
      <w:proofErr w:type="spellStart"/>
      <w:r>
        <w:t>profil</w:t>
      </w:r>
      <w:proofErr w:type="spellEnd"/>
      <w:r>
        <w:t xml:space="preserve">               </w:t>
      </w:r>
      <w:r w:rsidR="008E6079">
        <w:t xml:space="preserve">                                </w:t>
      </w:r>
      <w:r w:rsidR="00E7202A">
        <w:t xml:space="preserve"> </w:t>
      </w:r>
      <w:r>
        <w:t>☐</w:t>
      </w:r>
      <w:r>
        <w:t xml:space="preserve"> </w:t>
      </w:r>
      <w:proofErr w:type="spellStart"/>
      <w:r>
        <w:t>Lisansüstü</w:t>
      </w:r>
      <w:proofErr w:type="spellEnd"/>
      <w:r>
        <w:t xml:space="preserve"> </w:t>
      </w:r>
      <w:proofErr w:type="spellStart"/>
      <w:r>
        <w:t>eğitim</w:t>
      </w:r>
      <w:proofErr w:type="spellEnd"/>
      <w:r>
        <w:t xml:space="preserve"> / akademik kariyer</w:t>
      </w:r>
    </w:p>
    <w:p w:rsidR="00FB1BF8" w:rsidRDefault="004939BD">
      <w:r>
        <w:t>☐</w:t>
      </w:r>
      <w:r>
        <w:t xml:space="preserve"> Kamu ve </w:t>
      </w:r>
      <w:proofErr w:type="spellStart"/>
      <w:r>
        <w:t>özel</w:t>
      </w:r>
      <w:proofErr w:type="spellEnd"/>
      <w:r>
        <w:t xml:space="preserve"> </w:t>
      </w:r>
      <w:proofErr w:type="spellStart"/>
      <w:r>
        <w:t>sektörde</w:t>
      </w:r>
      <w:proofErr w:type="spellEnd"/>
      <w:r>
        <w:t xml:space="preserve"> </w:t>
      </w:r>
      <w:proofErr w:type="spellStart"/>
      <w:r>
        <w:t>kariyer</w:t>
      </w:r>
      <w:proofErr w:type="spellEnd"/>
      <w:r>
        <w:t xml:space="preserve">            </w:t>
      </w:r>
      <w:r w:rsidR="008E6079">
        <w:t xml:space="preserve">                                </w:t>
      </w:r>
      <w:r>
        <w:t>☐</w:t>
      </w:r>
      <w:r>
        <w:t xml:space="preserve"> </w:t>
      </w:r>
      <w:proofErr w:type="spellStart"/>
      <w:r>
        <w:t>Kişisel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mesleki</w:t>
      </w:r>
      <w:proofErr w:type="spellEnd"/>
      <w:r>
        <w:t xml:space="preserve"> gelişim</w:t>
      </w:r>
    </w:p>
    <w:p w:rsidR="00FB1BF8" w:rsidRDefault="004939BD">
      <w:r>
        <w:t>☐</w:t>
      </w:r>
      <w:r>
        <w:t xml:space="preserve"> Diğer: ………………………………………………………………………………………………………</w:t>
      </w:r>
    </w:p>
    <w:p w:rsidR="00FB1BF8" w:rsidRDefault="004939BD">
      <w:r>
        <w:rPr>
          <w:b/>
        </w:rPr>
        <w:t>Danışmanlık talebinizi kısaca açıklayınız:</w:t>
      </w:r>
    </w:p>
    <w:p w:rsidR="00FB1BF8" w:rsidRDefault="004939BD">
      <w:r>
        <w:t>……………………………………………………………………………………………………………………………</w:t>
      </w:r>
    </w:p>
    <w:p w:rsidR="00FB1BF8" w:rsidRDefault="004939BD">
      <w:r>
        <w:t>…………………………………………………………</w:t>
      </w:r>
      <w:r>
        <w:t>…………………………………………………………………</w:t>
      </w:r>
    </w:p>
    <w:p w:rsidR="00FB1BF8" w:rsidRDefault="004939BD">
      <w:pPr>
        <w:spacing w:before="160"/>
      </w:pPr>
      <w:r>
        <w:rPr>
          <w:b/>
          <w:color w:val="1A436B"/>
        </w:rPr>
        <w:t>C. GÖRÜŞME TERCİHLERİ</w:t>
      </w:r>
    </w:p>
    <w:p w:rsidR="00FB1BF8" w:rsidRDefault="004939BD">
      <w:r>
        <w:t>Görüşme şekli:  ☐ Yüz yüze    ☐ Çevrim içi</w:t>
      </w:r>
    </w:p>
    <w:p w:rsidR="00FB1BF8" w:rsidRDefault="004939BD">
      <w:r>
        <w:t>Uygun günler:    ☐ Pazartesi   ☐ Salı   ☐ Çarşamba   ☐ Perşembe   ☐ Cuma</w:t>
      </w:r>
    </w:p>
    <w:p w:rsidR="00FB1BF8" w:rsidRDefault="004939BD">
      <w:r>
        <w:t>Uygun saatler:  ☐ 09.00–12.00   ☐ 13.00–15.00   ☐ 15.00–17.00   ☐ Fark etmez</w:t>
      </w:r>
    </w:p>
    <w:p w:rsidR="00FB1BF8" w:rsidRDefault="004939BD">
      <w:pPr>
        <w:spacing w:before="160"/>
      </w:pPr>
      <w:r>
        <w:rPr>
          <w:b/>
          <w:color w:val="1A436B"/>
        </w:rPr>
        <w:t>D. DANIŞMAN TAR</w:t>
      </w:r>
      <w:r>
        <w:rPr>
          <w:b/>
          <w:color w:val="1A436B"/>
        </w:rPr>
        <w:t>AFINDAN DOLDURULACAK ALAN</w:t>
      </w:r>
    </w:p>
    <w:p w:rsidR="00FB1BF8" w:rsidRDefault="004939BD">
      <w:r>
        <w:t>Görüşme tarihi / saati: …… / …… / …………    …………       Danışman: …………………………………</w:t>
      </w:r>
    </w:p>
    <w:p w:rsidR="00FB1BF8" w:rsidRDefault="004939BD">
      <w:r>
        <w:t>Görüşme notları / öneriler:</w:t>
      </w:r>
    </w:p>
    <w:p w:rsidR="00FB1BF8" w:rsidRDefault="004939BD">
      <w:r>
        <w:t>……………………………………………………………………………………………………………………………</w:t>
      </w:r>
    </w:p>
    <w:p w:rsidR="00FB1BF8" w:rsidRDefault="004939BD">
      <w:r>
        <w:t>……………………………………………………………………………………………………………………………</w:t>
      </w:r>
    </w:p>
    <w:p w:rsidR="00FB1BF8" w:rsidRDefault="004939BD">
      <w:r>
        <w:t>……………………………………………………………………………………………………………………………</w:t>
      </w:r>
    </w:p>
    <w:p w:rsidR="00FB1BF8" w:rsidRDefault="004939BD">
      <w:r>
        <w:t>Sonuç:   ☐ Görüşme tamamlandı   ☐ Yeni görüşme planlandı   ☐ Yönlendirme yapıldı</w:t>
      </w:r>
    </w:p>
    <w:p w:rsidR="00FB1BF8" w:rsidRDefault="004939BD">
      <w:r>
        <w:t>Başvuru Sahibi İmzası: …………………………     Danışman İmzası: …………………………</w:t>
      </w:r>
    </w:p>
    <w:p w:rsidR="00FB1BF8" w:rsidRDefault="004939BD">
      <w:r>
        <w:rPr>
          <w:i/>
          <w:sz w:val="15"/>
        </w:rPr>
        <w:t>Kişisel veriler, kariyer danışmanlığı başvurusunun değerlendi</w:t>
      </w:r>
      <w:r>
        <w:rPr>
          <w:i/>
          <w:sz w:val="15"/>
        </w:rPr>
        <w:t>rilmesi ve görüşme süreçlerinin yürütülmesi amacıyla işlenir. İlgili KVKK aydınlatma metni başvuru sahibine ayrıca sunulmalıdır.</w:t>
      </w:r>
    </w:p>
    <w:sectPr w:rsidR="00FB1BF8" w:rsidSect="0003461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935" w:right="1134" w:bottom="850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939BD" w:rsidRDefault="004939BD">
      <w:pPr>
        <w:spacing w:after="0" w:line="240" w:lineRule="auto"/>
      </w:pPr>
      <w:r>
        <w:separator/>
      </w:r>
    </w:p>
  </w:endnote>
  <w:endnote w:type="continuationSeparator" w:id="0">
    <w:p w:rsidR="004939BD" w:rsidRDefault="004939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6079" w:rsidRDefault="008E6079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1BF8" w:rsidRDefault="004939BD">
    <w:pPr>
      <w:pStyle w:val="AltBilgi"/>
      <w:jc w:val="center"/>
    </w:pPr>
    <w:r>
      <w:rPr>
        <w:sz w:val="16"/>
      </w:rPr>
      <w:t>ADÜ Kariyer Merkezi (İKAK)  •  Kariyer Danışmanlığı Formu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6079" w:rsidRDefault="008E6079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939BD" w:rsidRDefault="004939BD">
      <w:pPr>
        <w:spacing w:after="0" w:line="240" w:lineRule="auto"/>
      </w:pPr>
      <w:r>
        <w:separator/>
      </w:r>
    </w:p>
  </w:footnote>
  <w:footnote w:type="continuationSeparator" w:id="0">
    <w:p w:rsidR="004939BD" w:rsidRDefault="004939B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6079" w:rsidRDefault="008E6079">
    <w:pPr>
      <w:pStyle w:val="stBilgi"/>
    </w:pPr>
    <w:r>
      <w:rPr>
        <w:noProof/>
        <w:lang w:val="tr-TR" w:eastAsia="tr-T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17876032" o:spid="_x0000_s2050" type="#_x0000_t75" style="position:absolute;margin-left:0;margin-top:0;width:498.55pt;height:498.55pt;z-index:-251657216;mso-position-horizontal:center;mso-position-horizontal-relative:margin;mso-position-vertical:center;mso-position-vertical-relative:margin" o:allowincell="f">
          <v:imagedata r:id="rId1" o:title="logo" gain="19661f" blacklevel="22938f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202A" w:rsidRDefault="008E6079">
    <w:pPr>
      <w:pStyle w:val="stBilgi"/>
    </w:pPr>
    <w:r>
      <w:rPr>
        <w:noProof/>
        <w:lang w:val="tr-TR" w:eastAsia="tr-T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17876033" o:spid="_x0000_s2051" type="#_x0000_t75" style="position:absolute;margin-left:0;margin-top:0;width:498.55pt;height:498.55pt;z-index:-251656192;mso-position-horizontal:center;mso-position-horizontal-relative:margin;mso-position-vertical:center;mso-position-vertical-relative:margin" o:allowincell="f">
          <v:imagedata r:id="rId1" o:title="logo" gain="19661f" blacklevel="22938f"/>
        </v:shape>
      </w:pict>
    </w:r>
    <w:r w:rsidR="00E7202A">
      <w:pict>
        <v:shape id="_x0000_i1059" type="#_x0000_t75" style="width:63.75pt;height:63.75pt">
          <v:imagedata r:id="rId2" o:title="adü logo"/>
        </v:shape>
      </w:pict>
    </w:r>
    <w:r w:rsidR="00E7202A">
      <w:rPr>
        <w:noProof/>
        <w:lang w:val="tr-TR" w:eastAsia="tr-TR"/>
      </w:rPr>
      <w:ptab w:relativeTo="margin" w:alignment="right" w:leader="none"/>
    </w:r>
    <w:r w:rsidR="00E7202A">
      <w:rPr>
        <w:noProof/>
        <w:lang w:val="tr-TR" w:eastAsia="tr-TR"/>
      </w:rPr>
      <w:drawing>
        <wp:inline distT="0" distB="0" distL="0" distR="0">
          <wp:extent cx="1247775" cy="887931"/>
          <wp:effectExtent l="0" t="0" r="0" b="7620"/>
          <wp:docPr id="1" name="Resim 1" descr="C:\Users\Aidata\AppData\Local\Microsoft\Windows\INetCache\Content.Word\ikak 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9" descr="C:\Users\Aidata\AppData\Local\Microsoft\Windows\INetCache\Content.Word\ikak logo.png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71411" cy="90475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E7202A">
      <w:ptab w:relativeTo="margin" w:alignment="center" w:leader="none"/>
    </w:r>
    <w:r w:rsidR="00E7202A">
      <w:ptab w:relativeTo="margin" w:alignment="right" w:leader="none"/>
    </w:r>
    <w:r w:rsidR="00E7202A">
      <w:pict>
        <v:shape id="_x0000_i1041" type="#_x0000_t75" style="width:477.75pt;height:339.75pt">
          <v:imagedata r:id="rId4" o:title="ikak logo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6079" w:rsidRDefault="008E6079">
    <w:pPr>
      <w:pStyle w:val="stBilgi"/>
    </w:pPr>
    <w:r>
      <w:rPr>
        <w:noProof/>
        <w:lang w:val="tr-TR" w:eastAsia="tr-T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17876031" o:spid="_x0000_s2049" type="#_x0000_t75" style="position:absolute;margin-left:0;margin-top:0;width:498.55pt;height:498.55pt;z-index:-251658240;mso-position-horizontal:center;mso-position-horizontal-relative:margin;mso-position-vertical:center;mso-position-vertical-relative:margin" o:allowincell="f">
          <v:imagedata r:id="rId1" o:title="logo" gain="19661f" blacklevel="22938f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savePreviewPicture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3A1E6C"/>
    <w:rsid w:val="004939BD"/>
    <w:rsid w:val="00667EC4"/>
    <w:rsid w:val="008E6079"/>
    <w:rsid w:val="00977888"/>
    <w:rsid w:val="00AA1D8D"/>
    <w:rsid w:val="00B47730"/>
    <w:rsid w:val="00CB0664"/>
    <w:rsid w:val="00DE5BBB"/>
    <w:rsid w:val="00E7202A"/>
    <w:rsid w:val="00FB1BF8"/>
    <w:rsid w:val="00FC693F"/>
    <w:rsid w:val="00FE01CE"/>
    <w:rsid w:val="00FF53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2"/>
    <o:shapelayout v:ext="edit">
      <o:idmap v:ext="edit" data="1"/>
    </o:shapelayout>
  </w:shapeDefaults>
  <w:decimalSymbol w:val=","/>
  <w:listSeparator w:val=";"/>
  <w14:docId w14:val="357CE014"/>
  <w14:defaultImageDpi w14:val="300"/>
  <w15:docId w15:val="{898D0103-FB9F-4D36-8847-3B6C93EFCB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/>
      <w:sz w:val="18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BalonMetni">
    <w:name w:val="Balloon Text"/>
    <w:basedOn w:val="Normal"/>
    <w:link w:val="BalonMetniChar"/>
    <w:uiPriority w:val="99"/>
    <w:semiHidden/>
    <w:unhideWhenUsed/>
    <w:rsid w:val="00E7202A"/>
    <w:pPr>
      <w:spacing w:after="0" w:line="240" w:lineRule="auto"/>
    </w:pPr>
    <w:rPr>
      <w:rFonts w:ascii="Segoe UI" w:hAnsi="Segoe UI" w:cs="Segoe UI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E7202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4" Type="http://schemas.openxmlformats.org/officeDocument/2006/relationships/image" Target="media/image4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172CD9E6-8818-4B3C-BAD8-2F580EA758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300</Words>
  <Characters>1715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2011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Aidata</cp:lastModifiedBy>
  <cp:revision>11</cp:revision>
  <cp:lastPrinted>2026-10-20T13:24:00Z</cp:lastPrinted>
  <dcterms:created xsi:type="dcterms:W3CDTF">2013-12-23T23:15:00Z</dcterms:created>
  <dcterms:modified xsi:type="dcterms:W3CDTF">2026-10-20T13:30:00Z</dcterms:modified>
  <cp:category/>
</cp:coreProperties>
</file>